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officiel de résumé des 18e JISV</w:t>
      </w:r>
    </w:p>
    <w:p>
      <w:r>
        <w:t>18e JISV · ENSV Alger · 12 et 13 décembre 2026</w:t>
      </w:r>
    </w:p>
    <w:p>
      <w:r>
        <w:rPr>
          <w:b w:val="0"/>
        </w:rPr>
        <w:t>Fiche auteur à renseigner avant le résumé. Les champs marqués * sont obligatoires.</w:t>
      </w:r>
    </w:p>
    <w:p>
      <w:r>
        <w:rPr>
          <w:b w:val="0"/>
        </w:rPr>
        <w:t>Nom *  __________________________________________________</w:t>
      </w:r>
    </w:p>
    <w:p>
      <w:r>
        <w:rPr>
          <w:b w:val="0"/>
        </w:rPr>
        <w:t>Prénom *  __________________________________________________</w:t>
      </w:r>
    </w:p>
    <w:p>
      <w:r>
        <w:rPr>
          <w:b w:val="0"/>
        </w:rPr>
        <w:t>Adresse e-mail *  __________________________________________________</w:t>
      </w:r>
    </w:p>
    <w:p>
      <w:r>
        <w:rPr>
          <w:b w:val="0"/>
        </w:rPr>
        <w:t>Numéro de téléphone *  __________________________________________________</w:t>
      </w:r>
    </w:p>
    <w:p>
      <w:r>
        <w:rPr>
          <w:b w:val="0"/>
        </w:rPr>
        <w:t>Affiliation *  __________________________________________________</w:t>
      </w:r>
    </w:p>
    <w:p>
      <w:r>
        <w:rPr>
          <w:b w:val="0"/>
        </w:rPr>
        <w:t>Co-auteurs  __________________________________________________</w:t>
      </w:r>
    </w:p>
    <w:p>
      <w:r>
        <w:rPr>
          <w:b w:val="0"/>
        </w:rPr>
        <w:t>Titre de la communication *  __________________________________________________</w:t>
      </w:r>
    </w:p>
    <w:p>
      <w:r>
        <w:rPr>
          <w:b w:val="0"/>
        </w:rPr>
        <w:t>E-mail professionnel ou contenant votre nom et prénom. Seuls les auteurs déclarés figureront sur les attestations.</w:t>
      </w:r>
    </w:p>
    <w:p>
      <w:r>
        <w:rPr>
          <w:b/>
        </w:rPr>
        <w:t>Grade *</w:t>
      </w:r>
    </w:p>
    <w:p>
      <w:r>
        <w:rPr>
          <w:b w:val="0"/>
        </w:rPr>
        <w:t>☐ Maître-assistant B   ☐ Maître-assistant A   ☐ Maître de conférences B</w:t>
        <w:br/>
        <w:t>☐ Maître de conférences A   ☐ Professeur   ☐ Autre</w:t>
      </w:r>
    </w:p>
    <w:p>
      <w:r>
        <w:rPr>
          <w:b/>
        </w:rPr>
        <w:t>Statut *</w:t>
      </w:r>
    </w:p>
    <w:p>
      <w:r>
        <w:rPr>
          <w:b w:val="0"/>
        </w:rPr>
        <w:t>☐ Étudiant en master   ☐ Doctorant   ☐ Enseignant-chercheur   ☐ Chercheur</w:t>
      </w:r>
    </w:p>
    <w:p>
      <w:r>
        <w:rPr>
          <w:b w:val="0"/>
        </w:rPr>
        <w:t>Type de communication *   ☐ Communication orale   ☐ Poster</w:t>
      </w:r>
    </w:p>
    <w:p>
      <w:r>
        <w:rPr>
          <w:b/>
        </w:rPr>
        <w:t>Axe thématique choisi *</w:t>
      </w:r>
    </w:p>
    <w:p>
      <w:r>
        <w:rPr>
          <w:b w:val="0"/>
        </w:rPr>
        <w:t>☐ 1  Épidémiologie et état des lieux des maladies infectieuses animales émergentes et réémergentes en Algérie</w:t>
      </w:r>
    </w:p>
    <w:p>
      <w:r>
        <w:rPr>
          <w:b w:val="0"/>
        </w:rPr>
        <w:t>☐ 2  Diagnostic des maladies infectieuses animales : outils, performances et limites</w:t>
      </w:r>
    </w:p>
    <w:p>
      <w:r>
        <w:rPr>
          <w:b w:val="0"/>
        </w:rPr>
        <w:t>☐ 3  Efficacité vaccinale, production locale et souveraineté nationale</w:t>
      </w:r>
    </w:p>
    <w:p>
      <w:r>
        <w:rPr>
          <w:b w:val="0"/>
        </w:rPr>
        <w:t>☐ 4  Maladies infectieuses et traitements alternatifs</w:t>
      </w:r>
    </w:p>
    <w:p>
      <w:r>
        <w:rPr>
          <w:b w:val="0"/>
        </w:rPr>
        <w:t>Le résumé commence sur la page suivante. Cette fiche auteur est distincte du résumé limité à une page A4.</w:t>
      </w:r>
    </w:p>
    <w:p>
      <w:r>
        <w:br w:type="page"/>
      </w:r>
    </w:p>
    <w:p>
      <w:pPr>
        <w:pStyle w:val="Title"/>
      </w:pPr>
      <w:r>
        <w:t>Titre du résumé</w:t>
      </w:r>
    </w:p>
    <w:p>
      <w:r>
        <w:rPr>
          <w:b/>
        </w:rPr>
        <w:t>Prénom NOM*, Prénom NOM</w:t>
      </w:r>
    </w:p>
    <w:p>
      <w:r>
        <w:rPr>
          <w:b w:val="0"/>
        </w:rPr>
        <w:t>Département, établissement ou université, ville, pays de chaque auteur</w:t>
      </w:r>
    </w:p>
    <w:p>
      <w:r>
        <w:rPr>
          <w:b w:val="0"/>
        </w:rPr>
        <w:t>* Présentateur : nom complet, département, établissement, ville, région, pays, téléphone, fax, e-mail</w:t>
      </w:r>
    </w:p>
    <w:p>
      <w:r>
        <w:rPr>
          <w:b w:val="0"/>
        </w:rPr>
        <w:t>[Remplacez ce texte par votre résumé : contexte, objectifs, méthodes, résultats significatifs, interprétation et perspectives. Maximum 350 mots sur une page A4. Calibri 12, interligne simple, marges de 2,5 cm. Le titre est en Calibri 16.]</w:t>
      </w:r>
    </w:p>
    <w:p>
      <w:r>
        <w:rPr>
          <w:b w:val="0"/>
        </w:rPr>
        <w:t>Mots-clés : cinq mots-clés ; par ordre alphabétique ; séparés par des points-virgules</w:t>
      </w:r>
    </w:p>
    <w:p>
      <w:r>
        <w:rPr>
          <w:b w:val="0"/>
        </w:rPr>
        <w:t>Références : cinq au maximum, par ordre alphabétique. Une figure au maximum ; aucun tableau.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officiel de résumé des 18e JISV</dc:title>
  <dc:subject/>
  <dc:creator>ENSV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